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14:paraId="149153BD" wp14:textId="77777777">
      <w:r>
        <w:rPr>
          <w:b/>
          <w:sz w:val="32"/>
        </w:rPr>
        <w:t>Candidate CV Template</w:t>
      </w:r>
    </w:p>
    <w:p xmlns:wp14="http://schemas.microsoft.com/office/word/2010/wordml" w14:paraId="4C9DAC0F" wp14:textId="77777777">
      <w:pPr>
        <w:pStyle w:val="Heading1"/>
      </w:pPr>
      <w:r>
        <w:t>Personal Details</w:t>
      </w:r>
    </w:p>
    <w:p xmlns:wp14="http://schemas.microsoft.com/office/word/2010/wordml" w14:paraId="417D9840" wp14:textId="77777777">
      <w:r>
        <w:t>Full Name: ________________________</w:t>
      </w:r>
    </w:p>
    <w:p xmlns:wp14="http://schemas.microsoft.com/office/word/2010/wordml" w14:paraId="3B504CDA" wp14:textId="77777777">
      <w:r>
        <w:t>Address: __________________________</w:t>
      </w:r>
    </w:p>
    <w:p xmlns:wp14="http://schemas.microsoft.com/office/word/2010/wordml" w14:paraId="61658E65" wp14:textId="77777777">
      <w:r>
        <w:t>Telephone: ________________________</w:t>
      </w:r>
    </w:p>
    <w:p xmlns:wp14="http://schemas.microsoft.com/office/word/2010/wordml" w14:paraId="1BA79065" wp14:textId="77777777">
      <w:r>
        <w:t>Email: ____________________________</w:t>
      </w:r>
    </w:p>
    <w:p xmlns:wp14="http://schemas.microsoft.com/office/word/2010/wordml" w14:paraId="129A1785" wp14:textId="77777777">
      <w:r>
        <w:t>Driving Licence: Yes / No</w:t>
      </w:r>
    </w:p>
    <w:p xmlns:wp14="http://schemas.microsoft.com/office/word/2010/wordml" w14:paraId="5E1ADF98" wp14:textId="77777777">
      <w:r w:rsidR="4C454677">
        <w:rPr/>
        <w:t>Access to Own Vehicle: Yes / No</w:t>
      </w:r>
    </w:p>
    <w:p w:rsidR="5D64E357" w:rsidRDefault="5D64E357" w14:paraId="517FA310" w14:textId="5FEBEB24">
      <w:r w:rsidR="5D64E357">
        <w:rPr/>
        <w:t>Already PVG registered? If yes, Child/Adult services?</w:t>
      </w:r>
    </w:p>
    <w:p w:rsidR="5D64E357" w:rsidRDefault="5D64E357" w14:paraId="3D0A3061" w14:textId="27C816FB">
      <w:r w:rsidR="5D64E357">
        <w:rPr/>
        <w:t xml:space="preserve">SSSC </w:t>
      </w:r>
      <w:r w:rsidR="5D64E357">
        <w:rPr/>
        <w:t>registered</w:t>
      </w:r>
      <w:r w:rsidR="5D64E357">
        <w:rPr/>
        <w:t>?</w:t>
      </w:r>
    </w:p>
    <w:p xmlns:wp14="http://schemas.microsoft.com/office/word/2010/wordml" w14:paraId="78EF090F" wp14:textId="77777777">
      <w:pPr>
        <w:pStyle w:val="Heading1"/>
      </w:pPr>
      <w:r>
        <w:t>Personal Profile</w:t>
      </w:r>
    </w:p>
    <w:p xmlns:wp14="http://schemas.microsoft.com/office/word/2010/wordml" w14:paraId="3720BB0F" wp14:textId="77777777">
      <w:r>
        <w:t>Write a brief summary about yourself, your experience, strengths, and career aspirations.</w:t>
      </w:r>
    </w:p>
    <w:p xmlns:wp14="http://schemas.microsoft.com/office/word/2010/wordml" w14:paraId="672A6659" wp14:textId="77777777"/>
    <w:p xmlns:wp14="http://schemas.microsoft.com/office/word/2010/wordml" w14:paraId="07D022B8" wp14:textId="77777777">
      <w:r>
        <w:t>____________________________________________________</w:t>
      </w:r>
    </w:p>
    <w:p xmlns:wp14="http://schemas.microsoft.com/office/word/2010/wordml" w14:paraId="44CDEE09" wp14:textId="77777777">
      <w:r>
        <w:t>____________________________________________________</w:t>
      </w:r>
    </w:p>
    <w:p xmlns:wp14="http://schemas.microsoft.com/office/word/2010/wordml" w14:paraId="262E084E" wp14:textId="77777777">
      <w:pPr>
        <w:pStyle w:val="Heading1"/>
      </w:pPr>
      <w:r>
        <w:t>Key Skills</w:t>
      </w:r>
    </w:p>
    <w:p xmlns:wp14="http://schemas.microsoft.com/office/word/2010/wordml" w14:paraId="01B41FEF" wp14:textId="77777777">
      <w:r>
        <w:t>• ________________________________</w:t>
      </w:r>
    </w:p>
    <w:p xmlns:wp14="http://schemas.microsoft.com/office/word/2010/wordml" w14:paraId="7C6B7FD0" wp14:textId="77777777">
      <w:r>
        <w:t>• ________________________________</w:t>
      </w:r>
    </w:p>
    <w:p xmlns:wp14="http://schemas.microsoft.com/office/word/2010/wordml" w14:paraId="4FA3D5EC" wp14:textId="77777777">
      <w:r>
        <w:t>• ________________________________</w:t>
      </w:r>
    </w:p>
    <w:p xmlns:wp14="http://schemas.microsoft.com/office/word/2010/wordml" w14:paraId="4F9EDEF6" wp14:textId="77777777">
      <w:r>
        <w:t>• ________________________________</w:t>
      </w:r>
    </w:p>
    <w:p xmlns:wp14="http://schemas.microsoft.com/office/word/2010/wordml" w14:paraId="1837AD5B" wp14:textId="77777777">
      <w:pPr>
        <w:pStyle w:val="Heading1"/>
      </w:pPr>
      <w:r>
        <w:t>Employment History</w:t>
      </w:r>
    </w:p>
    <w:p xmlns:wp14="http://schemas.microsoft.com/office/word/2010/wordml" w14:paraId="7D332C0C" wp14:textId="77777777">
      <w:r>
        <w:t>Job Title: ________________________</w:t>
      </w:r>
    </w:p>
    <w:p xmlns:wp14="http://schemas.microsoft.com/office/word/2010/wordml" w14:paraId="029E4D9C" wp14:textId="77777777">
      <w:r>
        <w:t>Employer: ________________________</w:t>
      </w:r>
    </w:p>
    <w:p xmlns:wp14="http://schemas.microsoft.com/office/word/2010/wordml" w14:paraId="3E187F5F" wp14:textId="77777777">
      <w:r>
        <w:t>Dates: ___________________________</w:t>
      </w:r>
    </w:p>
    <w:p xmlns:wp14="http://schemas.microsoft.com/office/word/2010/wordml" w14:paraId="0FAB0699" wp14:textId="77777777">
      <w:r>
        <w:t>Main Duties and Responsibilities:</w:t>
      </w:r>
    </w:p>
    <w:p xmlns:wp14="http://schemas.microsoft.com/office/word/2010/wordml" w14:paraId="5A588FC8" wp14:textId="77777777">
      <w:r>
        <w:t>• ________________________________</w:t>
      </w:r>
    </w:p>
    <w:p xmlns:wp14="http://schemas.microsoft.com/office/word/2010/wordml" w14:paraId="4866FC12" wp14:textId="77777777">
      <w:r>
        <w:t>• ________________________________</w:t>
      </w:r>
    </w:p>
    <w:p xmlns:wp14="http://schemas.microsoft.com/office/word/2010/wordml" w14:paraId="0A37501D" wp14:textId="77777777"/>
    <w:p xmlns:wp14="http://schemas.microsoft.com/office/word/2010/wordml" w14:paraId="790E1122" wp14:textId="77777777">
      <w:r>
        <w:t>Job Title: ________________________</w:t>
      </w:r>
    </w:p>
    <w:p xmlns:wp14="http://schemas.microsoft.com/office/word/2010/wordml" w14:paraId="34F867AF" wp14:textId="77777777">
      <w:r>
        <w:t>Employer: ________________________</w:t>
      </w:r>
    </w:p>
    <w:p xmlns:wp14="http://schemas.microsoft.com/office/word/2010/wordml" w14:paraId="7AB6EF11" wp14:textId="77777777">
      <w:r>
        <w:t>Dates: ___________________________</w:t>
      </w:r>
    </w:p>
    <w:p xmlns:wp14="http://schemas.microsoft.com/office/word/2010/wordml" w14:paraId="47F0A901" wp14:textId="77777777">
      <w:r>
        <w:t>Main Duties and Responsibilities:</w:t>
      </w:r>
    </w:p>
    <w:p xmlns:wp14="http://schemas.microsoft.com/office/word/2010/wordml" w14:paraId="030992EE" wp14:textId="77777777">
      <w:r>
        <w:t>• ________________________________</w:t>
      </w:r>
    </w:p>
    <w:p xmlns:wp14="http://schemas.microsoft.com/office/word/2010/wordml" w14:paraId="2616996F" wp14:textId="77777777">
      <w:r>
        <w:t>• ________________________________</w:t>
      </w:r>
    </w:p>
    <w:p xmlns:wp14="http://schemas.microsoft.com/office/word/2010/wordml" w14:paraId="7E75D74B" wp14:textId="77777777">
      <w:pPr>
        <w:pStyle w:val="Heading1"/>
      </w:pPr>
      <w:r>
        <w:t>Education and Qualifications</w:t>
      </w:r>
    </w:p>
    <w:p xmlns:wp14="http://schemas.microsoft.com/office/word/2010/wordml" w14:paraId="3EB53BC9" wp14:textId="77777777">
      <w:r>
        <w:t>Qualification: ___________________</w:t>
      </w:r>
    </w:p>
    <w:p xmlns:wp14="http://schemas.microsoft.com/office/word/2010/wordml" w14:paraId="61E80A5D" wp14:textId="77777777">
      <w:r>
        <w:t>School/College: ___________________</w:t>
      </w:r>
    </w:p>
    <w:p xmlns:wp14="http://schemas.microsoft.com/office/word/2010/wordml" w14:paraId="294C4DD8" wp14:textId="77777777">
      <w:r>
        <w:t>Date Achieved: ____________________</w:t>
      </w:r>
    </w:p>
    <w:p xmlns:wp14="http://schemas.microsoft.com/office/word/2010/wordml" w14:paraId="5DAB6C7B" wp14:textId="77777777"/>
    <w:p xmlns:wp14="http://schemas.microsoft.com/office/word/2010/wordml" w14:paraId="1B7DA992" wp14:textId="77777777">
      <w:r>
        <w:t>Qualification: ___________________</w:t>
      </w:r>
    </w:p>
    <w:p xmlns:wp14="http://schemas.microsoft.com/office/word/2010/wordml" w14:paraId="1B10751B" wp14:textId="77777777">
      <w:r>
        <w:t>School/College: ___________________</w:t>
      </w:r>
    </w:p>
    <w:p xmlns:wp14="http://schemas.microsoft.com/office/word/2010/wordml" w14:paraId="7892E155" wp14:textId="77777777">
      <w:r>
        <w:t>Date Achieved: ____________________</w:t>
      </w:r>
    </w:p>
    <w:p xmlns:wp14="http://schemas.microsoft.com/office/word/2010/wordml" w14:paraId="364B6899" wp14:textId="77777777">
      <w:pPr>
        <w:pStyle w:val="Heading1"/>
      </w:pPr>
      <w:r>
        <w:t>Training and Professional Development</w:t>
      </w:r>
    </w:p>
    <w:p xmlns:wp14="http://schemas.microsoft.com/office/word/2010/wordml" w14:paraId="0482D2D5" wp14:textId="77777777">
      <w:r>
        <w:t>• ________________________________</w:t>
      </w:r>
    </w:p>
    <w:p xmlns:wp14="http://schemas.microsoft.com/office/word/2010/wordml" w14:paraId="0981471B" wp14:textId="77777777">
      <w:r>
        <w:t>• ________________________________</w:t>
      </w:r>
    </w:p>
    <w:p xmlns:wp14="http://schemas.microsoft.com/office/word/2010/wordml" w14:paraId="5586153A" wp14:textId="77777777">
      <w:r>
        <w:t>• ________________________________</w:t>
      </w:r>
    </w:p>
    <w:p xmlns:wp14="http://schemas.microsoft.com/office/word/2010/wordml" w14:paraId="24A0BFD9" wp14:textId="77777777">
      <w:pPr>
        <w:pStyle w:val="Heading1"/>
      </w:pPr>
      <w:r>
        <w:t>Volunteer Work (Optional)</w:t>
      </w:r>
    </w:p>
    <w:p xmlns:wp14="http://schemas.microsoft.com/office/word/2010/wordml" w14:paraId="18933814" wp14:textId="77777777">
      <w:r>
        <w:t>Organisation: ____________________</w:t>
      </w:r>
    </w:p>
    <w:p xmlns:wp14="http://schemas.microsoft.com/office/word/2010/wordml" w14:paraId="1515CF4C" wp14:textId="77777777">
      <w:r>
        <w:t>Role: ____________________________</w:t>
      </w:r>
    </w:p>
    <w:p xmlns:wp14="http://schemas.microsoft.com/office/word/2010/wordml" w14:paraId="2A801FA5" wp14:textId="77777777">
      <w:r w:rsidR="4C454677">
        <w:rPr/>
        <w:t>Dates: ___________________________</w:t>
      </w:r>
    </w:p>
    <w:p xmlns:wp14="http://schemas.microsoft.com/office/word/2010/wordml" w14:paraId="071E4E01" wp14:textId="77777777">
      <w:pPr>
        <w:pStyle w:val="Heading1"/>
      </w:pPr>
      <w:r>
        <w:t>References</w:t>
      </w:r>
    </w:p>
    <w:p xmlns:wp14="http://schemas.microsoft.com/office/word/2010/wordml" w14:paraId="4A70E873" wp14:textId="77777777">
      <w:r>
        <w:t>Reference 1</w:t>
      </w:r>
    </w:p>
    <w:p xmlns:wp14="http://schemas.microsoft.com/office/word/2010/wordml" w14:paraId="649ECBB7" wp14:textId="77777777">
      <w:r>
        <w:t>Name: ____________________________</w:t>
      </w:r>
    </w:p>
    <w:p xmlns:wp14="http://schemas.microsoft.com/office/word/2010/wordml" w14:paraId="193D2C21" wp14:textId="77777777">
      <w:r>
        <w:t>Organisation: _____________________</w:t>
      </w:r>
    </w:p>
    <w:p xmlns:wp14="http://schemas.microsoft.com/office/word/2010/wordml" w14:paraId="72591A74" wp14:textId="77777777">
      <w:r>
        <w:t>Telephone: _______________________</w:t>
      </w:r>
    </w:p>
    <w:p xmlns:wp14="http://schemas.microsoft.com/office/word/2010/wordml" w14:paraId="3548C1AF" wp14:textId="77777777">
      <w:r>
        <w:t>Email: ___________________________</w:t>
      </w:r>
    </w:p>
    <w:p xmlns:wp14="http://schemas.microsoft.com/office/word/2010/wordml" w14:paraId="02EB378F" wp14:textId="77777777"/>
    <w:p xmlns:wp14="http://schemas.microsoft.com/office/word/2010/wordml" w14:paraId="39C88772" wp14:textId="77777777">
      <w:r>
        <w:t>Reference 2</w:t>
      </w:r>
    </w:p>
    <w:p xmlns:wp14="http://schemas.microsoft.com/office/word/2010/wordml" w14:paraId="2364A4B2" wp14:textId="77777777">
      <w:r>
        <w:t>Name: ____________________________</w:t>
      </w:r>
    </w:p>
    <w:p xmlns:wp14="http://schemas.microsoft.com/office/word/2010/wordml" w14:paraId="3B24BE18" wp14:textId="77777777">
      <w:r>
        <w:t>Organisation: _____________________</w:t>
      </w:r>
    </w:p>
    <w:p xmlns:wp14="http://schemas.microsoft.com/office/word/2010/wordml" w14:paraId="52BE8B97" wp14:textId="77777777">
      <w:r>
        <w:t>Telephone: _______________________</w:t>
      </w:r>
    </w:p>
    <w:p xmlns:wp14="http://schemas.microsoft.com/office/word/2010/wordml" w14:paraId="15D39F19" wp14:textId="77777777">
      <w:r>
        <w:t>Email: ___________________________</w:t>
      </w:r>
    </w:p>
    <w:p xmlns:wp14="http://schemas.microsoft.com/office/word/2010/wordml" w14:paraId="5BAB57B8" wp14:textId="77777777">
      <w:pPr>
        <w:pStyle w:val="Heading1"/>
      </w:pPr>
      <w:r>
        <w:t>Declaration</w:t>
      </w:r>
    </w:p>
    <w:p xmlns:wp14="http://schemas.microsoft.com/office/word/2010/wordml" w14:paraId="24D2B3DC" wp14:textId="77777777">
      <w:r>
        <w:t>I confirm that the information provided in this CV is accurate and complete to the best of my knowledge.</w:t>
      </w:r>
    </w:p>
    <w:p xmlns:wp14="http://schemas.microsoft.com/office/word/2010/wordml" w14:paraId="6A05A809" wp14:textId="77777777"/>
    <w:p xmlns:wp14="http://schemas.microsoft.com/office/word/2010/wordml" w14:paraId="1C3A2922" wp14:textId="77777777">
      <w:r>
        <w:t>Signature: _______________________</w:t>
      </w:r>
    </w:p>
    <w:p xmlns:wp14="http://schemas.microsoft.com/office/word/2010/wordml" w14:paraId="391B4431" wp14:textId="77777777">
      <w:r>
        <w:t>Date: ____________________________</w:t>
      </w:r>
    </w:p>
    <w:sectPr w:rsidRPr="0006063C" w:rsidR="00FC693F" w:rsidSect="00034616"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752DAA8"/>
    <w:rsid w:val="409FA564"/>
    <w:rsid w:val="4C454677"/>
    <w:rsid w:val="5D64E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549671DB-7265-4597-AD2B-28DE1EC7791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Nicola Dougan</dc:creator>
  <keywords/>
  <dc:description>generated by python-docx</dc:description>
  <lastModifiedBy>Nicola Dougan</lastModifiedBy>
  <revision>2</revision>
  <dcterms:created xsi:type="dcterms:W3CDTF">2026-10-20T10:01:54.4451866Z</dcterms:created>
  <dcterms:modified xsi:type="dcterms:W3CDTF">2026-10-20T10:04:36.5515962Z</dcterms:modified>
  <category/>
</coreProperties>
</file>